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ECAE1" w14:textId="0430BA70" w:rsidR="00B61F50" w:rsidRDefault="00000000" w:rsidP="007C2619">
      <w:pPr>
        <w:pStyle w:val="Nagwek1"/>
        <w:spacing w:before="0" w:line="360" w:lineRule="auto"/>
        <w:jc w:val="center"/>
      </w:pPr>
      <w:r>
        <w:t xml:space="preserve">Formularz zgłoszeniowy na </w:t>
      </w:r>
      <w:proofErr w:type="spellStart"/>
      <w:r>
        <w:t>nocowankę</w:t>
      </w:r>
      <w:proofErr w:type="spellEnd"/>
      <w:r>
        <w:t xml:space="preserve"> w </w:t>
      </w:r>
      <w:proofErr w:type="spellStart"/>
      <w:r>
        <w:t>Fundacji</w:t>
      </w:r>
      <w:proofErr w:type="spellEnd"/>
      <w:r>
        <w:t xml:space="preserve"> </w:t>
      </w:r>
      <w:proofErr w:type="spellStart"/>
      <w:r>
        <w:t>Kreatywnie</w:t>
      </w:r>
      <w:proofErr w:type="spellEnd"/>
    </w:p>
    <w:p w14:paraId="6F4836BC" w14:textId="52B10065" w:rsidR="007C2619" w:rsidRPr="007C2619" w:rsidRDefault="007C2619" w:rsidP="007C2619">
      <w:pPr>
        <w:spacing w:line="360" w:lineRule="auto"/>
        <w:jc w:val="center"/>
        <w:rPr>
          <w:b/>
          <w:bCs/>
        </w:rPr>
      </w:pPr>
      <w:r w:rsidRPr="007C2619">
        <w:rPr>
          <w:b/>
          <w:bCs/>
        </w:rPr>
        <w:t>(PROSZĘ WYPEŁNIĆ CZYTELNIE DRUKOWNYMI LIETRAMI)</w:t>
      </w:r>
    </w:p>
    <w:p w14:paraId="731A082E" w14:textId="77777777" w:rsidR="00B61F50" w:rsidRDefault="00000000">
      <w:pPr>
        <w:pStyle w:val="Nagwek2"/>
      </w:pPr>
      <w:r>
        <w:t>DANE DZIECKA</w:t>
      </w:r>
    </w:p>
    <w:p w14:paraId="48B8C306" w14:textId="35F9DF2A" w:rsidR="00B61F50" w:rsidRDefault="00000000">
      <w:r>
        <w:t xml:space="preserve">Imię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nazwisko</w:t>
      </w:r>
      <w:proofErr w:type="spellEnd"/>
      <w:r>
        <w:t xml:space="preserve"> </w:t>
      </w:r>
      <w:proofErr w:type="spellStart"/>
      <w:r>
        <w:t>dziecka</w:t>
      </w:r>
      <w:proofErr w:type="spellEnd"/>
      <w:r>
        <w:t>: ______________________________________________</w:t>
      </w:r>
    </w:p>
    <w:p w14:paraId="731E8FD3" w14:textId="77777777" w:rsidR="00B61F50" w:rsidRDefault="00000000">
      <w:r>
        <w:t>Data urodzenia: ______________________________________________________</w:t>
      </w:r>
    </w:p>
    <w:p w14:paraId="768078E7" w14:textId="77777777" w:rsidR="00B61F50" w:rsidRDefault="00000000">
      <w:r>
        <w:t>Adres zamieszkania: _________________________________________________</w:t>
      </w:r>
    </w:p>
    <w:p w14:paraId="7448C30C" w14:textId="77777777" w:rsidR="00B61F50" w:rsidRDefault="00000000">
      <w:pPr>
        <w:pStyle w:val="Nagwek2"/>
      </w:pPr>
      <w:r>
        <w:t>DANE RODZICA / OPIEKUNA PRAWNEGO</w:t>
      </w:r>
    </w:p>
    <w:p w14:paraId="266F8D03" w14:textId="1FFE68DF" w:rsidR="00B61F50" w:rsidRDefault="00000000">
      <w:proofErr w:type="spellStart"/>
      <w:r>
        <w:t>Imię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nazwisko</w:t>
      </w:r>
      <w:proofErr w:type="spellEnd"/>
      <w:r>
        <w:t>: _________________________________________________</w:t>
      </w:r>
    </w:p>
    <w:p w14:paraId="20816410" w14:textId="6E35503E" w:rsidR="00B61F50" w:rsidRDefault="00000000">
      <w:proofErr w:type="spellStart"/>
      <w:r>
        <w:t>Telefon</w:t>
      </w:r>
      <w:proofErr w:type="spellEnd"/>
      <w:r>
        <w:t xml:space="preserve"> </w:t>
      </w:r>
      <w:proofErr w:type="spellStart"/>
      <w:r>
        <w:t>kontaktowy</w:t>
      </w:r>
      <w:proofErr w:type="spellEnd"/>
      <w:r>
        <w:t>: ______________________________________________</w:t>
      </w:r>
    </w:p>
    <w:p w14:paraId="1EE88797" w14:textId="7E09E8BB" w:rsidR="00B61F50" w:rsidRDefault="00000000">
      <w:r>
        <w:t>E-mail</w:t>
      </w:r>
      <w:r w:rsidR="007C2619">
        <w:t xml:space="preserve"> (</w:t>
      </w:r>
      <w:proofErr w:type="spellStart"/>
      <w:r w:rsidR="007C2619">
        <w:t>opcjonalnie</w:t>
      </w:r>
      <w:proofErr w:type="spellEnd"/>
      <w:r w:rsidR="007C2619">
        <w:t>)</w:t>
      </w:r>
      <w:r>
        <w:t>: _____________________________________________</w:t>
      </w:r>
    </w:p>
    <w:p w14:paraId="59A67429" w14:textId="77777777" w:rsidR="00B61F50" w:rsidRDefault="00000000">
      <w:r>
        <w:t>Adres zamieszkania (jeśli inny niż dziecka): ___________________________</w:t>
      </w:r>
    </w:p>
    <w:p w14:paraId="61C32D99" w14:textId="77777777" w:rsidR="00B61F50" w:rsidRDefault="00000000">
      <w:pPr>
        <w:pStyle w:val="Nagwek2"/>
      </w:pPr>
      <w:r>
        <w:t>INFORMACJE ZDROWOTNE</w:t>
      </w:r>
    </w:p>
    <w:p w14:paraId="17B92538" w14:textId="77777777" w:rsidR="00B61F50" w:rsidRDefault="00000000">
      <w:r>
        <w:t>Czy dziecko ma alergie pokarmowe / zdrowotne?  ☐ Tak  ☐ Nie</w:t>
      </w:r>
    </w:p>
    <w:p w14:paraId="34D598A1" w14:textId="3F4127DC" w:rsidR="00B61F50" w:rsidRDefault="00000000">
      <w:proofErr w:type="spellStart"/>
      <w:r>
        <w:t>Jeśli</w:t>
      </w:r>
      <w:proofErr w:type="spellEnd"/>
      <w:r>
        <w:t xml:space="preserve"> </w:t>
      </w:r>
      <w:proofErr w:type="spellStart"/>
      <w:r>
        <w:t>tak</w:t>
      </w:r>
      <w:proofErr w:type="spellEnd"/>
      <w:r>
        <w:t xml:space="preserve">, </w:t>
      </w:r>
      <w:proofErr w:type="spellStart"/>
      <w:r>
        <w:t>jakie</w:t>
      </w:r>
      <w:proofErr w:type="spellEnd"/>
      <w:r>
        <w:t>: ___________________________________________________</w:t>
      </w:r>
    </w:p>
    <w:p w14:paraId="014D36AD" w14:textId="77777777" w:rsidR="00B61F50" w:rsidRDefault="00000000">
      <w:r>
        <w:t>Czy dziecko przyjmuje na stałe leki?  ☐ Tak  ☐ Nie</w:t>
      </w:r>
    </w:p>
    <w:p w14:paraId="0A374AB1" w14:textId="77777777" w:rsidR="00B61F50" w:rsidRDefault="00000000">
      <w:r>
        <w:t>Jeśli tak, jakie i w jakich dawkach: ____________________________________</w:t>
      </w:r>
    </w:p>
    <w:p w14:paraId="0639127E" w14:textId="6F12CCA1" w:rsidR="00B61F50" w:rsidRDefault="00000000">
      <w:r>
        <w:t xml:space="preserve">Inne ważne informacje o stanie zdrowia </w:t>
      </w:r>
      <w:proofErr w:type="spellStart"/>
      <w:r>
        <w:t>lub</w:t>
      </w:r>
      <w:proofErr w:type="spellEnd"/>
      <w:r>
        <w:t xml:space="preserve"> </w:t>
      </w:r>
      <w:proofErr w:type="spellStart"/>
      <w:r>
        <w:t>zachowaniu</w:t>
      </w:r>
      <w:proofErr w:type="spellEnd"/>
      <w:r>
        <w:t xml:space="preserve"> </w:t>
      </w:r>
      <w:proofErr w:type="spellStart"/>
      <w:proofErr w:type="gramStart"/>
      <w:r>
        <w:t>dziecka</w:t>
      </w:r>
      <w:proofErr w:type="spellEnd"/>
      <w:r>
        <w:t>: _</w:t>
      </w:r>
      <w:proofErr w:type="gramEnd"/>
      <w:r>
        <w:t>_______</w:t>
      </w:r>
      <w:r w:rsidR="007C2619">
        <w:rPr>
          <w:u w:val="single"/>
        </w:rPr>
        <w:t xml:space="preserve">     </w:t>
      </w:r>
      <w:r>
        <w:t>_</w:t>
      </w:r>
    </w:p>
    <w:p w14:paraId="56870E80" w14:textId="77777777" w:rsidR="00B61F50" w:rsidRDefault="00000000">
      <w:pPr>
        <w:pStyle w:val="Nagwek2"/>
      </w:pPr>
      <w:r>
        <w:t>OSOBA UPOWAŻNIONA DO ODBIORU DZIECKA (INNA NIŻ OPIEKUN PRAWNY)</w:t>
      </w:r>
    </w:p>
    <w:p w14:paraId="164438D4" w14:textId="77777777" w:rsidR="00B61F50" w:rsidRDefault="00000000">
      <w:r>
        <w:t>Imię i nazwisko: ___________________________________________________</w:t>
      </w:r>
    </w:p>
    <w:p w14:paraId="5244E399" w14:textId="5E4FFF7C" w:rsidR="00B61F50" w:rsidRDefault="00000000">
      <w:proofErr w:type="spellStart"/>
      <w:r>
        <w:t>Telefon</w:t>
      </w:r>
      <w:proofErr w:type="spellEnd"/>
      <w:r>
        <w:t>: _________________________________________________________</w:t>
      </w:r>
    </w:p>
    <w:p w14:paraId="37DC4278" w14:textId="77777777" w:rsidR="00B61F50" w:rsidRDefault="00000000">
      <w:r>
        <w:t>Stopień pokrewieństwa / relacja: ______________________________________</w:t>
      </w:r>
    </w:p>
    <w:p w14:paraId="17EEBFED" w14:textId="77777777" w:rsidR="00B61F50" w:rsidRDefault="00000000">
      <w:pPr>
        <w:pStyle w:val="Nagwek2"/>
      </w:pPr>
      <w:r>
        <w:t>ZAZNACZ ZGODY (WYMAGANE DO UDZIAŁU):</w:t>
      </w:r>
    </w:p>
    <w:p w14:paraId="3D45A1C4" w14:textId="77777777" w:rsidR="00B61F50" w:rsidRDefault="00000000" w:rsidP="007C2619">
      <w:pPr>
        <w:spacing w:after="0"/>
        <w:jc w:val="both"/>
      </w:pPr>
      <w:r>
        <w:t>☐ Wyrażam zgodę, aby moje dziecko samodzielnie opuściło nocowankę po jej zakończeniu (godz. 10:00).</w:t>
      </w:r>
    </w:p>
    <w:p w14:paraId="335BBEA9" w14:textId="77777777" w:rsidR="00B61F50" w:rsidRDefault="00000000" w:rsidP="007C2619">
      <w:pPr>
        <w:spacing w:after="0"/>
        <w:jc w:val="both"/>
      </w:pPr>
      <w:r>
        <w:t>☐ Oświadczam, że zapoznałem(-am) się z regulaminem nocowanki i akceptuję jego postanowienia.</w:t>
      </w:r>
    </w:p>
    <w:p w14:paraId="61AE26CB" w14:textId="2FF473E0" w:rsidR="00B61F50" w:rsidRDefault="00000000" w:rsidP="007C2619">
      <w:pPr>
        <w:pStyle w:val="Listapunktowana"/>
        <w:numPr>
          <w:ilvl w:val="0"/>
          <w:numId w:val="0"/>
        </w:numPr>
        <w:spacing w:after="0"/>
        <w:ind w:left="360" w:hanging="360"/>
        <w:jc w:val="both"/>
      </w:pPr>
      <w:r>
        <w:t xml:space="preserve">☐ Wyrażam zgodę na udział mojego dziecka w nocowance organizowanej przez Fundację </w:t>
      </w:r>
      <w:proofErr w:type="spellStart"/>
      <w:r>
        <w:t>Kreatywnie</w:t>
      </w:r>
      <w:proofErr w:type="spellEnd"/>
      <w:r>
        <w:t xml:space="preserve"> w godzinach 18:00–10:00.</w:t>
      </w:r>
    </w:p>
    <w:p w14:paraId="71132BEF" w14:textId="6A767CBC" w:rsidR="00B61F50" w:rsidRDefault="00000000" w:rsidP="007C2619">
      <w:pPr>
        <w:pStyle w:val="Listapunktowana"/>
        <w:numPr>
          <w:ilvl w:val="0"/>
          <w:numId w:val="0"/>
        </w:numPr>
        <w:spacing w:after="0"/>
        <w:ind w:left="360" w:hanging="360"/>
        <w:jc w:val="both"/>
      </w:pPr>
      <w:r>
        <w:t xml:space="preserve">☐ Oświadczam, że dziecko nie ma przeciwwskazań </w:t>
      </w:r>
      <w:proofErr w:type="spellStart"/>
      <w:r>
        <w:t>zdrowotnych</w:t>
      </w:r>
      <w:proofErr w:type="spellEnd"/>
      <w:r>
        <w:t xml:space="preserve"> do </w:t>
      </w:r>
      <w:proofErr w:type="spellStart"/>
      <w:r>
        <w:t>udziału</w:t>
      </w:r>
      <w:proofErr w:type="spellEnd"/>
      <w:r>
        <w:t xml:space="preserve"> w</w:t>
      </w:r>
      <w:r w:rsidR="007C2619">
        <w:t xml:space="preserve"> </w:t>
      </w:r>
      <w:proofErr w:type="spellStart"/>
      <w:r>
        <w:t>wydarzeniu</w:t>
      </w:r>
      <w:proofErr w:type="spellEnd"/>
      <w:r>
        <w:t>.</w:t>
      </w:r>
    </w:p>
    <w:p w14:paraId="1F14B862" w14:textId="425D1247" w:rsidR="007C2619" w:rsidRPr="007C2619" w:rsidRDefault="007C2619" w:rsidP="007C2619">
      <w:pPr>
        <w:pStyle w:val="Listapunktowana"/>
        <w:numPr>
          <w:ilvl w:val="0"/>
          <w:numId w:val="0"/>
        </w:numPr>
        <w:spacing w:after="0"/>
        <w:ind w:left="360" w:hanging="360"/>
        <w:jc w:val="both"/>
        <w:rPr>
          <w:rFonts w:ascii="Calibri" w:hAnsi="Calibri" w:cs="Calibri"/>
        </w:rPr>
      </w:pPr>
      <w:r>
        <w:rPr>
          <w:rFonts w:ascii="Segoe UI Symbol" w:hAnsi="Segoe UI Symbol" w:cs="Segoe UI Symbol"/>
        </w:rPr>
        <w:lastRenderedPageBreak/>
        <w:t>☐</w:t>
      </w:r>
      <w:r>
        <w:rPr>
          <w:rFonts w:ascii="Segoe UI Symbol" w:hAnsi="Segoe UI Symbol" w:cs="Segoe UI Symbol"/>
        </w:rPr>
        <w:t xml:space="preserve"> </w:t>
      </w:r>
      <w:proofErr w:type="spellStart"/>
      <w:r w:rsidRPr="007C2619">
        <w:rPr>
          <w:rFonts w:cs="Arial"/>
        </w:rPr>
        <w:t>Oświadczam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że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zostałam</w:t>
      </w:r>
      <w:proofErr w:type="spellEnd"/>
      <w:r>
        <w:rPr>
          <w:rFonts w:cs="Arial"/>
        </w:rPr>
        <w:t>/</w:t>
      </w:r>
      <w:proofErr w:type="spellStart"/>
      <w:r>
        <w:rPr>
          <w:rFonts w:cs="Arial"/>
        </w:rPr>
        <w:t>em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poinformowana</w:t>
      </w:r>
      <w:proofErr w:type="spellEnd"/>
      <w:r>
        <w:rPr>
          <w:rFonts w:cs="Arial"/>
        </w:rPr>
        <w:t xml:space="preserve">/y </w:t>
      </w:r>
      <w:proofErr w:type="spellStart"/>
      <w:r>
        <w:rPr>
          <w:rFonts w:cs="Arial"/>
        </w:rPr>
        <w:t>że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wpłacony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zadatek</w:t>
      </w:r>
      <w:proofErr w:type="spellEnd"/>
      <w:r>
        <w:rPr>
          <w:rFonts w:cs="Arial"/>
        </w:rPr>
        <w:t xml:space="preserve"> za </w:t>
      </w:r>
      <w:proofErr w:type="spellStart"/>
      <w:r>
        <w:rPr>
          <w:rFonts w:cs="Arial"/>
        </w:rPr>
        <w:t>nocowankę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nie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podlega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zwrotowi</w:t>
      </w:r>
      <w:proofErr w:type="spellEnd"/>
      <w:r>
        <w:rPr>
          <w:rFonts w:cs="Arial"/>
        </w:rPr>
        <w:t xml:space="preserve"> w </w:t>
      </w:r>
      <w:proofErr w:type="spellStart"/>
      <w:r>
        <w:rPr>
          <w:rFonts w:cs="Arial"/>
        </w:rPr>
        <w:t>przypadku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rezygnacji</w:t>
      </w:r>
      <w:proofErr w:type="spellEnd"/>
      <w:r>
        <w:rPr>
          <w:rFonts w:cs="Arial"/>
        </w:rPr>
        <w:t xml:space="preserve"> w </w:t>
      </w:r>
      <w:proofErr w:type="spellStart"/>
      <w:r>
        <w:rPr>
          <w:rFonts w:cs="Arial"/>
        </w:rPr>
        <w:t>uczestnictwie</w:t>
      </w:r>
      <w:proofErr w:type="spellEnd"/>
      <w:r>
        <w:rPr>
          <w:rFonts w:cs="Arial"/>
        </w:rPr>
        <w:t xml:space="preserve">. </w:t>
      </w:r>
    </w:p>
    <w:p w14:paraId="07896923" w14:textId="77777777" w:rsidR="00B61F50" w:rsidRDefault="00000000" w:rsidP="007C2619">
      <w:pPr>
        <w:pStyle w:val="Listapunktowana"/>
        <w:numPr>
          <w:ilvl w:val="0"/>
          <w:numId w:val="0"/>
        </w:numPr>
        <w:spacing w:after="0"/>
        <w:ind w:left="360" w:hanging="360"/>
        <w:jc w:val="both"/>
      </w:pPr>
      <w:r>
        <w:t>☐ Zobowiązuję się do odbioru dziecka w wyznaczonym czasie lub w razie wezwania organizatora.</w:t>
      </w:r>
    </w:p>
    <w:p w14:paraId="3D931A30" w14:textId="77777777" w:rsidR="00B61F50" w:rsidRDefault="00000000" w:rsidP="007C2619">
      <w:pPr>
        <w:pStyle w:val="Listapunktowana"/>
        <w:numPr>
          <w:ilvl w:val="0"/>
          <w:numId w:val="0"/>
        </w:numPr>
        <w:spacing w:after="0"/>
        <w:ind w:left="360" w:hanging="360"/>
        <w:jc w:val="both"/>
      </w:pPr>
      <w:r>
        <w:t>☐ Wyrażam zgodę na przetwarzanie danych osobowych mojego dziecka na potrzeby organizacyjne zgodnie z RODO.</w:t>
      </w:r>
    </w:p>
    <w:p w14:paraId="4F607F4D" w14:textId="4FCF944E" w:rsidR="00B61F50" w:rsidRDefault="00000000" w:rsidP="007C2619">
      <w:pPr>
        <w:pStyle w:val="Listapunktowana"/>
        <w:numPr>
          <w:ilvl w:val="0"/>
          <w:numId w:val="0"/>
        </w:numPr>
        <w:spacing w:after="0"/>
        <w:ind w:left="360" w:hanging="360"/>
        <w:jc w:val="both"/>
      </w:pPr>
      <w:r>
        <w:t xml:space="preserve"> ☐ Wyrażam zgodę / ☐ Nie wyrażam zgody na wykorzystanie wizerunku dziecka w materiałach promocyjnych Fundacji (strona </w:t>
      </w:r>
      <w:proofErr w:type="spellStart"/>
      <w:r>
        <w:t>internetowa</w:t>
      </w:r>
      <w:proofErr w:type="spellEnd"/>
      <w:r>
        <w:t xml:space="preserve">, media </w:t>
      </w:r>
      <w:proofErr w:type="spellStart"/>
      <w:r>
        <w:t>społecznościowe</w:t>
      </w:r>
      <w:proofErr w:type="spellEnd"/>
      <w:r>
        <w:t xml:space="preserve">, </w:t>
      </w:r>
      <w:proofErr w:type="spellStart"/>
      <w:r>
        <w:t>plakaty</w:t>
      </w:r>
      <w:proofErr w:type="spellEnd"/>
      <w:r>
        <w:t>).</w:t>
      </w:r>
    </w:p>
    <w:p w14:paraId="704288CA" w14:textId="77777777" w:rsidR="007C2619" w:rsidRDefault="007C2619" w:rsidP="007C2619">
      <w:pPr>
        <w:pStyle w:val="Listapunktowana"/>
        <w:numPr>
          <w:ilvl w:val="0"/>
          <w:numId w:val="0"/>
        </w:numPr>
        <w:ind w:left="360" w:hanging="360"/>
      </w:pPr>
    </w:p>
    <w:p w14:paraId="44007AF9" w14:textId="77777777" w:rsidR="00B61F50" w:rsidRDefault="00000000">
      <w:pPr>
        <w:pStyle w:val="Nagwek2"/>
      </w:pPr>
      <w:r>
        <w:t>PODPIS RODZICA / OPIEKUNA</w:t>
      </w:r>
    </w:p>
    <w:p w14:paraId="617A7FAB" w14:textId="77777777" w:rsidR="00B61F50" w:rsidRDefault="00000000">
      <w:r>
        <w:t>Data i podpis: _____________________________________________________</w:t>
      </w:r>
    </w:p>
    <w:sectPr w:rsidR="00B61F50" w:rsidSect="007C2619">
      <w:pgSz w:w="12240" w:h="15840"/>
      <w:pgMar w:top="993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36510702">
    <w:abstractNumId w:val="8"/>
  </w:num>
  <w:num w:numId="2" w16cid:durableId="1206524638">
    <w:abstractNumId w:val="6"/>
  </w:num>
  <w:num w:numId="3" w16cid:durableId="1290017127">
    <w:abstractNumId w:val="5"/>
  </w:num>
  <w:num w:numId="4" w16cid:durableId="1417291482">
    <w:abstractNumId w:val="4"/>
  </w:num>
  <w:num w:numId="5" w16cid:durableId="1566453407">
    <w:abstractNumId w:val="7"/>
  </w:num>
  <w:num w:numId="6" w16cid:durableId="1283340030">
    <w:abstractNumId w:val="3"/>
  </w:num>
  <w:num w:numId="7" w16cid:durableId="781339341">
    <w:abstractNumId w:val="2"/>
  </w:num>
  <w:num w:numId="8" w16cid:durableId="752166661">
    <w:abstractNumId w:val="1"/>
  </w:num>
  <w:num w:numId="9" w16cid:durableId="213540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51349"/>
    <w:rsid w:val="007C2619"/>
    <w:rsid w:val="00AA1D8D"/>
    <w:rsid w:val="00AC6C27"/>
    <w:rsid w:val="00B47730"/>
    <w:rsid w:val="00B61F5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BB2236"/>
  <w14:defaultImageDpi w14:val="300"/>
  <w15:docId w15:val="{F6012F2D-C99D-4641-B7A4-1DC7293EB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328</Words>
  <Characters>1969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brygida ryniec</cp:lastModifiedBy>
  <cp:revision>2</cp:revision>
  <cp:lastPrinted>2025-06-02T21:15:00Z</cp:lastPrinted>
  <dcterms:created xsi:type="dcterms:W3CDTF">2025-06-02T21:17:00Z</dcterms:created>
  <dcterms:modified xsi:type="dcterms:W3CDTF">2025-06-02T21:17:00Z</dcterms:modified>
  <cp:category/>
</cp:coreProperties>
</file>